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A97D8" w14:textId="77777777" w:rsidR="00881918" w:rsidRDefault="00130E0F">
      <w:pPr>
        <w:spacing w:after="280"/>
        <w:jc w:val="center"/>
      </w:pPr>
      <w:r>
        <w:rPr>
          <w:b/>
          <w:color w:val="000000"/>
          <w:sz w:val="28"/>
        </w:rPr>
        <w:t>ŽIADOSŤ O OPRAVU OSOBNÝCH ÚDAJOV</w:t>
      </w:r>
    </w:p>
    <w:p w14:paraId="4630067F" w14:textId="77777777" w:rsidR="00881918" w:rsidRDefault="00130E0F">
      <w:pPr>
        <w:spacing w:before="160" w:after="80"/>
      </w:pPr>
      <w:r>
        <w:rPr>
          <w:b/>
          <w:color w:val="000000"/>
        </w:rPr>
        <w:t>ŽIADATEĽ (dotknutá osoba alebo jej zákonný zástupca)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881918" w14:paraId="2E56C179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3B76057D" w14:textId="77777777" w:rsidR="00881918" w:rsidRDefault="00130E0F">
            <w:pPr>
              <w:spacing w:after="0"/>
            </w:pPr>
            <w:r>
              <w:rPr>
                <w:b/>
                <w:color w:val="000000"/>
                <w:sz w:val="18"/>
              </w:rPr>
              <w:t>Meno a priezvisko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39BD4D99" w14:textId="77777777" w:rsidR="00881918" w:rsidRDefault="00881918">
            <w:pPr>
              <w:spacing w:after="0"/>
            </w:pPr>
          </w:p>
        </w:tc>
      </w:tr>
      <w:tr w:rsidR="00881918" w14:paraId="5B63C08C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5148FF18" w14:textId="77777777" w:rsidR="00881918" w:rsidRDefault="00130E0F">
            <w:pPr>
              <w:spacing w:after="0"/>
            </w:pPr>
            <w:r>
              <w:rPr>
                <w:b/>
                <w:color w:val="000000"/>
                <w:sz w:val="18"/>
              </w:rPr>
              <w:t>Adresa / kontaktná adresa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786F2823" w14:textId="77777777" w:rsidR="00881918" w:rsidRDefault="00881918">
            <w:pPr>
              <w:spacing w:after="0"/>
            </w:pPr>
          </w:p>
        </w:tc>
      </w:tr>
      <w:tr w:rsidR="00881918" w14:paraId="4E6EE8BC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1CDEA230" w14:textId="77777777" w:rsidR="00881918" w:rsidRDefault="00130E0F">
            <w:pPr>
              <w:spacing w:after="0"/>
            </w:pPr>
            <w:r>
              <w:rPr>
                <w:b/>
                <w:color w:val="000000"/>
                <w:sz w:val="18"/>
              </w:rPr>
              <w:t>E-mail / telefón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2400D16C" w14:textId="77777777" w:rsidR="00881918" w:rsidRDefault="00881918">
            <w:pPr>
              <w:spacing w:after="0"/>
            </w:pPr>
          </w:p>
        </w:tc>
      </w:tr>
    </w:tbl>
    <w:p w14:paraId="0FE35F99" w14:textId="77777777" w:rsidR="00881918" w:rsidRDefault="00881918">
      <w:pPr>
        <w:spacing w:after="40"/>
      </w:pPr>
    </w:p>
    <w:p w14:paraId="20D72842" w14:textId="77777777" w:rsidR="00881918" w:rsidRDefault="00130E0F">
      <w:pPr>
        <w:spacing w:before="160" w:after="80"/>
      </w:pPr>
      <w:r>
        <w:rPr>
          <w:b/>
          <w:color w:val="000000"/>
        </w:rPr>
        <w:t>DOTKNUTÁ OSOBA (vypĺňa sa len vtedy, ak nie je rovnaká ako žiadateľ)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881918" w14:paraId="339B3353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79301DE0" w14:textId="77777777" w:rsidR="00881918" w:rsidRDefault="00130E0F">
            <w:pPr>
              <w:spacing w:after="0"/>
            </w:pPr>
            <w:r>
              <w:rPr>
                <w:b/>
                <w:color w:val="000000"/>
                <w:sz w:val="18"/>
              </w:rPr>
              <w:t>Meno a priezvisko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45F71987" w14:textId="77777777" w:rsidR="00881918" w:rsidRDefault="00881918">
            <w:pPr>
              <w:spacing w:after="0"/>
            </w:pPr>
          </w:p>
        </w:tc>
      </w:tr>
      <w:tr w:rsidR="00881918" w14:paraId="4DC31690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640CC47A" w14:textId="77777777" w:rsidR="00881918" w:rsidRDefault="00130E0F">
            <w:pPr>
              <w:spacing w:after="0"/>
            </w:pPr>
            <w:r>
              <w:rPr>
                <w:b/>
                <w:color w:val="000000"/>
                <w:sz w:val="18"/>
              </w:rPr>
              <w:t>Vzťah žiadateľa k dotknutej osobe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58DA678B" w14:textId="77777777" w:rsidR="00881918" w:rsidRDefault="00881918">
            <w:pPr>
              <w:spacing w:after="0"/>
            </w:pPr>
          </w:p>
        </w:tc>
      </w:tr>
    </w:tbl>
    <w:p w14:paraId="50456EB3" w14:textId="77777777" w:rsidR="00881918" w:rsidRDefault="00881918">
      <w:pPr>
        <w:spacing w:after="40"/>
      </w:pPr>
    </w:p>
    <w:p w14:paraId="12B4A172" w14:textId="77777777" w:rsidR="00881918" w:rsidRDefault="00130E0F">
      <w:pPr>
        <w:spacing w:before="160" w:after="80"/>
      </w:pPr>
      <w:r>
        <w:rPr>
          <w:b/>
          <w:color w:val="000000"/>
        </w:rPr>
        <w:t>PREVÁDZKOVATEĽ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881918" w14:paraId="3941E616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36A252C7" w14:textId="77777777" w:rsidR="00881918" w:rsidRDefault="00130E0F">
            <w:pPr>
              <w:spacing w:after="0"/>
            </w:pPr>
            <w:r>
              <w:rPr>
                <w:b/>
                <w:color w:val="000000"/>
                <w:sz w:val="18"/>
              </w:rPr>
              <w:t>Názov / meno a priezvisko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0C4E7742" w14:textId="77777777" w:rsidR="00881918" w:rsidRDefault="00881918">
            <w:pPr>
              <w:spacing w:after="0"/>
            </w:pPr>
          </w:p>
        </w:tc>
      </w:tr>
      <w:tr w:rsidR="00881918" w14:paraId="26970CFE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30249BEE" w14:textId="77777777" w:rsidR="00881918" w:rsidRDefault="00130E0F">
            <w:pPr>
              <w:spacing w:after="0"/>
            </w:pPr>
            <w:r>
              <w:rPr>
                <w:b/>
                <w:color w:val="000000"/>
                <w:sz w:val="18"/>
              </w:rPr>
              <w:t>Sídlo / adresa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077ECD4F" w14:textId="77777777" w:rsidR="00881918" w:rsidRDefault="00881918">
            <w:pPr>
              <w:spacing w:after="0"/>
            </w:pPr>
          </w:p>
        </w:tc>
      </w:tr>
      <w:tr w:rsidR="00881918" w14:paraId="7BBF7E0A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0BDA3615" w14:textId="77777777" w:rsidR="00881918" w:rsidRDefault="00130E0F">
            <w:pPr>
              <w:spacing w:after="0"/>
            </w:pPr>
            <w:r>
              <w:rPr>
                <w:b/>
                <w:color w:val="000000"/>
                <w:sz w:val="18"/>
              </w:rPr>
              <w:t>IČO, ak je pridelené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4D5973E2" w14:textId="77777777" w:rsidR="00881918" w:rsidRDefault="00881918">
            <w:pPr>
              <w:spacing w:after="0"/>
            </w:pPr>
          </w:p>
        </w:tc>
      </w:tr>
      <w:tr w:rsidR="00881918" w14:paraId="212BFBB1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7C5336C5" w14:textId="77777777" w:rsidR="00881918" w:rsidRDefault="00130E0F">
            <w:pPr>
              <w:spacing w:after="0"/>
            </w:pPr>
            <w:r>
              <w:rPr>
                <w:b/>
                <w:color w:val="000000"/>
                <w:sz w:val="18"/>
              </w:rPr>
              <w:t>Kontaktný e-mail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1F692E90" w14:textId="77777777" w:rsidR="00881918" w:rsidRDefault="00881918">
            <w:pPr>
              <w:spacing w:after="0"/>
            </w:pPr>
          </w:p>
        </w:tc>
      </w:tr>
    </w:tbl>
    <w:p w14:paraId="2F6383AD" w14:textId="77777777" w:rsidR="00881918" w:rsidRDefault="00881918">
      <w:pPr>
        <w:spacing w:after="40"/>
      </w:pPr>
    </w:p>
    <w:p w14:paraId="17BF5D8A" w14:textId="77777777" w:rsidR="00881918" w:rsidRDefault="00130E0F">
      <w:pPr>
        <w:spacing w:before="160" w:line="252" w:lineRule="auto"/>
        <w:jc w:val="center"/>
      </w:pPr>
      <w:r>
        <w:rPr>
          <w:b/>
          <w:color w:val="000000"/>
        </w:rPr>
        <w:t>Týmto si uplatňujem svoje právo podľa článku 16 všeobecného nariadenia o ochrane osobných údajov (GDPR).</w:t>
      </w:r>
    </w:p>
    <w:p w14:paraId="23743ADF" w14:textId="77777777" w:rsidR="00881918" w:rsidRDefault="00130E0F">
      <w:pPr>
        <w:spacing w:after="60" w:line="252" w:lineRule="auto"/>
      </w:pPr>
      <w:r>
        <w:rPr>
          <w:color w:val="000000"/>
        </w:rPr>
        <w:t>Žiadam Vás o opravu alebo doplnenie mojich osobných údajov, pretože:</w:t>
      </w:r>
    </w:p>
    <w:p w14:paraId="3D033848" w14:textId="77777777" w:rsidR="00881918" w:rsidRDefault="00130E0F">
      <w:pPr>
        <w:spacing w:after="80"/>
        <w:ind w:left="227" w:hanging="142"/>
      </w:pPr>
      <w:r>
        <w:rPr>
          <w:b/>
          <w:color w:val="000000"/>
        </w:rPr>
        <w:t xml:space="preserve">☐ a) </w:t>
      </w:r>
      <w:r>
        <w:rPr>
          <w:color w:val="000000"/>
        </w:rPr>
        <w:t>osobné údaje týkajúce sa mojej osoby sú podľa môjho názoru nesprávne;</w:t>
      </w:r>
    </w:p>
    <w:p w14:paraId="3F92EFA2" w14:textId="77777777" w:rsidR="00881918" w:rsidRDefault="00130E0F">
      <w:pPr>
        <w:spacing w:after="80"/>
        <w:ind w:left="227" w:hanging="142"/>
      </w:pPr>
      <w:r>
        <w:rPr>
          <w:b/>
          <w:color w:val="000000"/>
        </w:rPr>
        <w:t xml:space="preserve">☐ b) </w:t>
      </w:r>
      <w:r>
        <w:rPr>
          <w:color w:val="000000"/>
        </w:rPr>
        <w:t>osobné údaje týkajúce sa mojej osoby sú podľa môjho názoru neúplné.</w:t>
      </w:r>
    </w:p>
    <w:p w14:paraId="02FFECA7" w14:textId="77777777" w:rsidR="00881918" w:rsidRDefault="00130E0F">
      <w:pPr>
        <w:spacing w:before="100" w:after="60" w:line="252" w:lineRule="auto"/>
      </w:pPr>
      <w:r>
        <w:rPr>
          <w:b/>
          <w:color w:val="000000"/>
        </w:rPr>
        <w:t>Nesprávne alebo neúplné údaje: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81918" w14:paraId="6FE8AE20" w14:textId="77777777">
        <w:tc>
          <w:tcPr>
            <w:tcW w:w="997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F266B21" w14:textId="77777777" w:rsidR="00881918" w:rsidRDefault="00130E0F">
            <w:pPr>
              <w:spacing w:after="0"/>
            </w:pPr>
            <w:r>
              <w:br/>
            </w:r>
            <w:r>
              <w:br/>
            </w:r>
          </w:p>
        </w:tc>
      </w:tr>
    </w:tbl>
    <w:p w14:paraId="4C6CEA00" w14:textId="77777777" w:rsidR="00881918" w:rsidRDefault="00881918">
      <w:pPr>
        <w:spacing w:after="40"/>
      </w:pPr>
    </w:p>
    <w:p w14:paraId="0959DCE4" w14:textId="77777777" w:rsidR="00881918" w:rsidRDefault="00130E0F">
      <w:pPr>
        <w:spacing w:before="100" w:after="60" w:line="252" w:lineRule="auto"/>
      </w:pPr>
      <w:r>
        <w:rPr>
          <w:b/>
          <w:color w:val="000000"/>
        </w:rPr>
        <w:t>Požadovaná oprava alebo doplnenie údajov: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81918" w14:paraId="44F2AE27" w14:textId="77777777">
        <w:tc>
          <w:tcPr>
            <w:tcW w:w="997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77BD6F7" w14:textId="77777777" w:rsidR="00881918" w:rsidRDefault="00130E0F">
            <w:pPr>
              <w:spacing w:after="0"/>
            </w:pPr>
            <w:r>
              <w:br/>
            </w:r>
            <w:r>
              <w:br/>
            </w:r>
          </w:p>
        </w:tc>
      </w:tr>
    </w:tbl>
    <w:p w14:paraId="2D0FE1A4" w14:textId="77777777" w:rsidR="00881918" w:rsidRDefault="00881918">
      <w:pPr>
        <w:spacing w:after="40"/>
      </w:pPr>
    </w:p>
    <w:p w14:paraId="55501164" w14:textId="77777777" w:rsidR="00881918" w:rsidRDefault="00130E0F">
      <w:pPr>
        <w:spacing w:after="60" w:line="252" w:lineRule="auto"/>
      </w:pPr>
      <w:r>
        <w:rPr>
          <w:color w:val="000000"/>
        </w:rPr>
        <w:t>Do času vykonania opravy žiadam, aby prevádzkovateľ podľa možností obmedzil spracúvanie dotknutých osobných údajov v zmysle článku 18 ods. 1 GDPR.</w:t>
      </w:r>
    </w:p>
    <w:p w14:paraId="7BB807BC" w14:textId="77777777" w:rsidR="00881918" w:rsidRDefault="00130E0F">
      <w:pPr>
        <w:spacing w:before="160" w:after="80"/>
      </w:pPr>
      <w:r>
        <w:rPr>
          <w:b/>
          <w:color w:val="000000"/>
        </w:rPr>
        <w:t>Overenie totožnosti</w:t>
      </w:r>
    </w:p>
    <w:p w14:paraId="5E0DB267" w14:textId="77777777" w:rsidR="00881918" w:rsidRDefault="00130E0F">
      <w:pPr>
        <w:spacing w:after="60" w:line="252" w:lineRule="auto"/>
      </w:pPr>
      <w:r>
        <w:rPr>
          <w:color w:val="000000"/>
        </w:rPr>
        <w:t>Na overenie mojej totožnosti prikladám alebo uvádzam údaje potrebné na spoľahlivú identifikáciu žiadateľa alebo dotknutej osoby.</w:t>
      </w:r>
    </w:p>
    <w:p w14:paraId="4E82040A" w14:textId="77777777" w:rsidR="00881918" w:rsidRDefault="00130E0F">
      <w:pPr>
        <w:spacing w:after="60"/>
        <w:ind w:left="113"/>
      </w:pPr>
      <w:r>
        <w:rPr>
          <w:i/>
          <w:color w:val="666666"/>
          <w:sz w:val="18"/>
        </w:rPr>
        <w:t>Napríklad číslo zákazníka, číslo objednávky, korešpondenčná adresa, doklad preukazujúci zastúpenie alebo iný údaj potrebný podľa konkrétneho vzťahu s prevádzkovateľom. Neuvádzajte nadbytočné údaje, ak nie sú potrebné na overenie totožnosti.</w:t>
      </w:r>
    </w:p>
    <w:p w14:paraId="6CE1DFAD" w14:textId="77777777" w:rsidR="00881918" w:rsidRDefault="00130E0F">
      <w:pPr>
        <w:spacing w:before="100" w:after="60" w:line="252" w:lineRule="auto"/>
      </w:pPr>
      <w:r>
        <w:rPr>
          <w:b/>
          <w:color w:val="000000"/>
        </w:rPr>
        <w:t>Spôsob overenia totožnosti / priložené dokumenty: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81918" w14:paraId="5EEEB962" w14:textId="77777777">
        <w:tc>
          <w:tcPr>
            <w:tcW w:w="997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04EED34" w14:textId="77777777" w:rsidR="00881918" w:rsidRDefault="00130E0F">
            <w:pPr>
              <w:spacing w:after="0"/>
            </w:pPr>
            <w:r>
              <w:br/>
            </w:r>
          </w:p>
        </w:tc>
      </w:tr>
    </w:tbl>
    <w:p w14:paraId="074AC81C" w14:textId="77777777" w:rsidR="00881918" w:rsidRDefault="00881918">
      <w:pPr>
        <w:spacing w:after="40"/>
      </w:pPr>
    </w:p>
    <w:p w14:paraId="5AEB960A" w14:textId="77777777" w:rsidR="00881918" w:rsidRDefault="00130E0F">
      <w:pPr>
        <w:spacing w:before="160" w:after="80"/>
      </w:pPr>
      <w:r>
        <w:rPr>
          <w:b/>
          <w:color w:val="000000"/>
        </w:rPr>
        <w:lastRenderedPageBreak/>
        <w:t>Spôsob zaslania odpovede</w:t>
      </w:r>
    </w:p>
    <w:p w14:paraId="1AE7DC7F" w14:textId="77777777" w:rsidR="00881918" w:rsidRDefault="00130E0F">
      <w:pPr>
        <w:spacing w:after="60" w:line="252" w:lineRule="auto"/>
      </w:pPr>
      <w:r>
        <w:rPr>
          <w:color w:val="000000"/>
        </w:rPr>
        <w:t>Odpoveď na žiadosť žiadam zaslať:</w:t>
      </w:r>
    </w:p>
    <w:p w14:paraId="4C02A5F7" w14:textId="77777777" w:rsidR="00881918" w:rsidRDefault="00130E0F">
      <w:pPr>
        <w:spacing w:after="80"/>
        <w:ind w:left="227" w:hanging="142"/>
      </w:pPr>
      <w:r>
        <w:rPr>
          <w:b/>
          <w:color w:val="000000"/>
        </w:rPr>
        <w:t xml:space="preserve">☐ a) </w:t>
      </w:r>
      <w:r>
        <w:rPr>
          <w:color w:val="000000"/>
        </w:rPr>
        <w:t>elektronicky na e-mail uvedený v tejto žiadosti;</w:t>
      </w:r>
    </w:p>
    <w:p w14:paraId="1CA5C68E" w14:textId="77777777" w:rsidR="00881918" w:rsidRDefault="00130E0F">
      <w:pPr>
        <w:spacing w:after="80"/>
        <w:ind w:left="227" w:hanging="142"/>
      </w:pPr>
      <w:r>
        <w:rPr>
          <w:b/>
          <w:color w:val="000000"/>
        </w:rPr>
        <w:t xml:space="preserve">☐ b) </w:t>
      </w:r>
      <w:r>
        <w:rPr>
          <w:color w:val="000000"/>
        </w:rPr>
        <w:t>poštou na adresu uvedenú v tejto žiadosti;</w:t>
      </w:r>
    </w:p>
    <w:p w14:paraId="1EBEF68D" w14:textId="77777777" w:rsidR="00881918" w:rsidRDefault="00130E0F">
      <w:pPr>
        <w:spacing w:after="80"/>
        <w:ind w:left="227" w:hanging="142"/>
      </w:pPr>
      <w:r>
        <w:rPr>
          <w:b/>
          <w:color w:val="000000"/>
        </w:rPr>
        <w:t xml:space="preserve">☐ c) </w:t>
      </w:r>
      <w:r>
        <w:rPr>
          <w:color w:val="000000"/>
        </w:rPr>
        <w:t>iným spôsobom: ________________________________ .</w:t>
      </w:r>
    </w:p>
    <w:p w14:paraId="1F054535" w14:textId="77777777" w:rsidR="00881918" w:rsidRDefault="00130E0F">
      <w:pPr>
        <w:spacing w:after="60" w:line="252" w:lineRule="auto"/>
      </w:pPr>
      <w:r>
        <w:rPr>
          <w:i/>
          <w:color w:val="666666"/>
          <w:sz w:val="18"/>
        </w:rPr>
        <w:t>Beriem na vedomie, že prevádzkovateľ môže v prípade dôvodných pochybností požiadať o doplňujúce informácie potrebné na potvrdenie totožnosti dotknutej osoby alebo oprávnenia konať v jej mene.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881918" w14:paraId="5D0D732E" w14:textId="77777777"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83CCEC2" w14:textId="77777777" w:rsidR="00881918" w:rsidRDefault="00130E0F">
            <w:pPr>
              <w:spacing w:after="0"/>
            </w:pPr>
            <w:r>
              <w:rPr>
                <w:b/>
                <w:color w:val="000000"/>
                <w:sz w:val="18"/>
              </w:rPr>
              <w:t>Miesto a dátum: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FD4AD69" w14:textId="77777777" w:rsidR="00881918" w:rsidRDefault="00881918">
            <w:pPr>
              <w:spacing w:after="0"/>
            </w:pPr>
          </w:p>
        </w:tc>
      </w:tr>
      <w:tr w:rsidR="00881918" w14:paraId="288AD1E1" w14:textId="77777777"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80883F9" w14:textId="77777777" w:rsidR="00881918" w:rsidRDefault="00130E0F">
            <w:pPr>
              <w:spacing w:after="0"/>
            </w:pPr>
            <w:r>
              <w:rPr>
                <w:b/>
                <w:color w:val="000000"/>
                <w:sz w:val="18"/>
              </w:rPr>
              <w:t>Podpis: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9BBE69D" w14:textId="77777777" w:rsidR="00881918" w:rsidRDefault="00881918">
            <w:pPr>
              <w:spacing w:after="0"/>
            </w:pPr>
          </w:p>
        </w:tc>
      </w:tr>
      <w:tr w:rsidR="00881918" w14:paraId="11C5A7A8" w14:textId="77777777"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0A26B18" w14:textId="77777777" w:rsidR="00881918" w:rsidRDefault="00130E0F">
            <w:pPr>
              <w:spacing w:after="0"/>
            </w:pPr>
            <w:r>
              <w:rPr>
                <w:b/>
                <w:color w:val="000000"/>
                <w:sz w:val="18"/>
              </w:rPr>
              <w:t>Prílohy: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1F36710" w14:textId="77777777" w:rsidR="00881918" w:rsidRDefault="00881918">
            <w:pPr>
              <w:spacing w:after="0"/>
            </w:pPr>
          </w:p>
        </w:tc>
      </w:tr>
    </w:tbl>
    <w:p w14:paraId="66BD9F83" w14:textId="77777777" w:rsidR="00881918" w:rsidRDefault="00130E0F">
      <w:pPr>
        <w:spacing w:before="160" w:after="80"/>
      </w:pPr>
      <w:r>
        <w:rPr>
          <w:b/>
          <w:color w:val="000000"/>
        </w:rPr>
        <w:t>Poznámka</w:t>
      </w:r>
    </w:p>
    <w:p w14:paraId="139D495F" w14:textId="77777777" w:rsidR="00881918" w:rsidRDefault="00130E0F">
      <w:pPr>
        <w:spacing w:after="60" w:line="252" w:lineRule="auto"/>
      </w:pPr>
      <w:r>
        <w:rPr>
          <w:color w:val="666666"/>
          <w:sz w:val="18"/>
        </w:rPr>
        <w:t>Tento vzor je všeobecný formulár pre uplatnenie práv dotknutej osoby podľa GDPR. Prevádzkovateľ posúdi žiadosť podľa konkrétnych okolností, právneho základu spracúvania a prípadných zákonných výnimiek alebo obmedzení.</w:t>
      </w:r>
    </w:p>
    <w:p w14:paraId="141480C1" w14:textId="77777777" w:rsidR="00881918" w:rsidRDefault="00130E0F">
      <w:pPr>
        <w:spacing w:after="60" w:line="252" w:lineRule="auto"/>
      </w:pPr>
      <w:r>
        <w:rPr>
          <w:color w:val="666666"/>
          <w:sz w:val="18"/>
        </w:rPr>
        <w:t>Dozorným orgánom pre oblasť ochrany osobných údajov je Úrad na ochranu osobných údajov Slovenskej republiky, Galvaniho Business Centrum II, Galvaniho 7/B, 821 04 Bratislava, Slovenská republika.</w:t>
      </w:r>
    </w:p>
    <w:sectPr w:rsidR="00881918" w:rsidSect="00034616">
      <w:headerReference w:type="default" r:id="rId8"/>
      <w:footerReference w:type="default" r:id="rId9"/>
      <w:pgSz w:w="12240" w:h="15840"/>
      <w:pgMar w:top="1020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37D9C" w14:textId="77777777" w:rsidR="00130E0F" w:rsidRDefault="00130E0F">
      <w:pPr>
        <w:spacing w:after="0" w:line="240" w:lineRule="auto"/>
      </w:pPr>
      <w:r>
        <w:separator/>
      </w:r>
    </w:p>
  </w:endnote>
  <w:endnote w:type="continuationSeparator" w:id="0">
    <w:p w14:paraId="2258439D" w14:textId="77777777" w:rsidR="00130E0F" w:rsidRDefault="00130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44FB2" w14:textId="77777777" w:rsidR="00881918" w:rsidRDefault="008819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5215B" w14:textId="77777777" w:rsidR="00130E0F" w:rsidRDefault="00130E0F">
      <w:pPr>
        <w:spacing w:after="0" w:line="240" w:lineRule="auto"/>
      </w:pPr>
      <w:r>
        <w:separator/>
      </w:r>
    </w:p>
  </w:footnote>
  <w:footnote w:type="continuationSeparator" w:id="0">
    <w:p w14:paraId="26E370ED" w14:textId="77777777" w:rsidR="00130E0F" w:rsidRDefault="00130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85D6A" w14:textId="77777777" w:rsidR="00881918" w:rsidRDefault="008819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508861">
    <w:abstractNumId w:val="8"/>
  </w:num>
  <w:num w:numId="2" w16cid:durableId="1119034092">
    <w:abstractNumId w:val="6"/>
  </w:num>
  <w:num w:numId="3" w16cid:durableId="1215430959">
    <w:abstractNumId w:val="5"/>
  </w:num>
  <w:num w:numId="4" w16cid:durableId="683674028">
    <w:abstractNumId w:val="4"/>
  </w:num>
  <w:num w:numId="5" w16cid:durableId="1971667714">
    <w:abstractNumId w:val="7"/>
  </w:num>
  <w:num w:numId="6" w16cid:durableId="928657477">
    <w:abstractNumId w:val="3"/>
  </w:num>
  <w:num w:numId="7" w16cid:durableId="1666856519">
    <w:abstractNumId w:val="2"/>
  </w:num>
  <w:num w:numId="8" w16cid:durableId="1557163320">
    <w:abstractNumId w:val="1"/>
  </w:num>
  <w:num w:numId="9" w16cid:durableId="1310399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0E0F"/>
    <w:rsid w:val="0015074B"/>
    <w:rsid w:val="00152147"/>
    <w:rsid w:val="0029639D"/>
    <w:rsid w:val="00326F90"/>
    <w:rsid w:val="00640AE2"/>
    <w:rsid w:val="00881918"/>
    <w:rsid w:val="00AA1D8D"/>
    <w:rsid w:val="00B47730"/>
    <w:rsid w:val="00CB0664"/>
    <w:rsid w:val="00F056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CD4DC6"/>
  <w14:defaultImageDpi w14:val="300"/>
  <w15:docId w15:val="{E1318209-F165-BA4C-BCBA-2140E33B7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eastAsia="Arial" w:hAnsi="Arial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1899</Characters>
  <Application>Microsoft Office Word</Application>
  <DocSecurity>0</DocSecurity>
  <Lines>70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Mariana Urbowicz</cp:lastModifiedBy>
  <cp:revision>3</cp:revision>
  <dcterms:created xsi:type="dcterms:W3CDTF">2013-12-23T23:15:00Z</dcterms:created>
  <dcterms:modified xsi:type="dcterms:W3CDTF">2026-06-24T13:14:00Z</dcterms:modified>
  <cp:category/>
</cp:coreProperties>
</file>